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בלשון בחט״ב - סקירה כללית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הלימוד השונים בתחום הלשון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כל יחידה עוסקת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שם היחידה לבין תיאורה ולמספר הפעילויות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יחידות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חלקי הדיבר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צירופים: סמיכות ושם ותוארו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מאזכרים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סימני 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ניבים וביטויים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בתיאור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ביחידת הפועל יש 7 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בכל שמונה היחידות מופיע מבדק מסכם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ביחידה הזו יש 4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הנושא המרכזי של היחידה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יחידה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(זיהוי תפקיד כל מילה במשפט)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(זמן, גוף ומספר של הפעולה)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(זיהוי למי מתכוונים במילים כמו הוא וזה)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(השפעת פסיק ונקודה על משמעות המשפט)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(בניית טענה עם נימוקים ודוגמאות)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(הסבר משמעות ביטויים כמו לב זהב)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צירופים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ניבים וביטויים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סוגי טקסטים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בסמיכות שתי המילים יוצרות יחד מילה חדשה במשמעות, ואילו בצירוף של שם ותואר התואר רק מתאר את שם העצם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שהשאלות רלוונטיות לנושא היחידה שנבחרה ומנוסחות בבהירות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כתיבת טיעון וסוגי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לתשובה: בכל יחידה יש כמה פעילויות, טקסטים ומבדק מסכם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מנומקת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היחידות על הלוח לפני תחילת הדף כעזר 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חלק ההתאמה יחד במליאה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קצר בכיתה על בחירת היחידה המועדפת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היחידות בלשון בחט״ב - סקירה כללית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באתר הלשון יש שמונה יחידות לימוד שונות, כל אחת עוסקת בנושא אחר בשפה העברית. בדף הזה נתרגל להכיר את הנושאים ולדעת מה לומדים בכל יחידה.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יחידות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יחידה לומדים להבדיל בין פועל, שם עצם ושם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חלקי הדיבר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יחידה לומדים על זמן, גוף ומספר של הפועל?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יחידה לומדים להבדיל בין סמיכות לצירוף שם ותואר?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חלקי הדיבר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צירופים: סמיכות ושם ותוארו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באיזו יחידה לומדים לזהות למי מתכוונים במילה הוא או זה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יחידה לומדים איך פסיק יכול לשנות משמעות של משפט?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חלקי הדיבר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מאזכרים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יחידה לומדים לבנות טענה עם נימוקים ודוגמאות?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טיעון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סוגי טקסטים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יחידה לומדים מה המשמעות של ביטוי כמו לב זהב?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סימני פיסוק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ניבים וביטויים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מאזכרים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חלקי הדיבר יש 8 פעילויות ו-3 טקסטים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מאזכרים יש 4 טקסטים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הפועל יש 8 פעילויות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יחידה יש מבדק מסכם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סוגי טקסטים ותעודת זהות לטקסט יש 3 טקסטים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ביחידת ניבים וביטויים לומדים על משמעות ביטויים כמו לב זהב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יחידה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חלקי הדיבר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השפעת פסיק ונקודה על משמעות המשפט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הסבר משמעות ביטויים כמו לב זהב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מאזכרים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בניית טענה עם נימוקים ודוגמאות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סימני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זיהוי למי מתכוונים במילים כמו הוא וזה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כתיבת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זיהוי תפקיד כל מילה במשפט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ניבים וביטויים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זמן, גוף ומספר של הפעולה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ביחידת __________ לומדים להבדיל בין סמיכות לצירוף שם ותואר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ביחידת __________ לומדים לזהות את הפועל כמנוע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ביחידת __________ לומדים לכתוב טיעון משכנע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ביחידת __________ לומדים מה המשמעות של לב זהב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ביחידת __________ לומדים לזהות מי כתב טקסט ולמי הוא מיועד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סמיכות לבין צירוף של שם עצם ותואר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יחידה אחת מתוך שמונה היחידות וכתבו שלוש שאלות שהייתם רוצים לברר 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שתי יחידות עוסקות בכתיבה ולא רק בזיהוי דקדוקי?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משותף לכל שמונה היחידות מבחינת המבנה שלהן?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יחידה הייתם רוצים להתחיל ללמוד,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היחידות בלשון בחט״ב - סקירה כללית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