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בלשון בחט״ב - סקירה כללית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הלימוד השונים בתחום הלשון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כל יחידה עוסקת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שם היחידה לבין תיאורה ולמספר הפעילויות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צירופים: סמיכות ושם ותוארו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ניבים וביטויים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ביחידת הפועל יש 7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בכל שמונה היחידות מופיע מבדק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ביחידה הזו יש 4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הנושא המרכזי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יחידה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(זיהוי תפקיד כל מילה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(זמן, גוף ומספר של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(זיהוי למי מתכוונים במילים כמו הוא וזה)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(השפעת פסיק ונקודה על משמעות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(בניית טענה עם נימוקים ודוגמאות)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(הסבר משמעות ביטויים כמו לב זהב)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סוגי טקסטים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בסמיכות שתי המילים יוצרות יחד מילה חדשה במשמעות, ואילו בצירוף של שם ותואר התואר רק מתאר את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שהשאלות רלוונטיות לנושא היחידה שנבחרה ומנוסחות בבהירות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כתיבת טיעון וסוגי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בכל יחידה יש כמה פעילויות, טקסטים ומבדק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היחידות על הלוח לפני תחילת הדף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במליאה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קצר בכיתה על בחירת היחידה המועדפת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בלשון בחט״ב - סקירה כללית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שמונה חלקים (יחידות) ללימוד עברית. בכל חלק לומדים נושא אחר. נתרגל לזכור מה לומדים בכל חלק.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הדיבר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סוגי המילים במשפט, כמו פועל, שם עצם ושם תואר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שתי מילים שיוצר יחד משמעות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שמצביעה על מילה אחרת בטקסט, כמו הוא,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לטקסט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בסיסיים על טקסט - מי כתב, למי ולמה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עמדה שמלווה בנימוקים ודוגמאות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כמו פסיק ונקודה שמארגנים את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לומדים על סוגי מילים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חלקי הדיבר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לומדים על הפועל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לומדים על שתי מילים שמתחברות?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חלקי הדיבר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צירופים: סמיכות ושם ותוארו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לומדים על מילים שמחליפות מילים אחרות?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לומדים על פסיק ונקודה?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חלקי הדיבר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לומדים לכתוב כדי לשכנע?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איפה לומדים על ביטויים מיוחדים?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מאזכרים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חלקי הדיבר יש 8 פעילויות ו-3 טקסטים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מאזכרים יש 4 טקסטים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הפועל יש 8 פעילויות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מבדק מסכם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סוגי טקסטים ותעודת זהות לטקסט יש 3 טקסטים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ניבים וביטויים לומדים על משמעות ביטויים כמו לב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יחידה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זמן, גוף ומספר של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משמעות ביטויים כמו לב 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מאזכרים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השפעת פסיק ונקודה על משמעות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סימני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זיהוי תפקיד כל מילה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כתיבת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זיהוי למי מתכוונים במילים כמו הוא וזה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ניבים וביטויים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בניית טענה עם נימוקים ודוגמאות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ביחידת __________ לומדים להבדיל בין סמיכות לצירוף שם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ביחידת __________ לומדים לזהות את הפועל כמנוע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ביחידת __________ לומדים לכתוב טיעון משכנע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ביחידת __________ לומדים מה המשמעות של לב 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ביחידת __________ לומדים לזהות מי כתב טקסט ולמי הוא מיועד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סמיכות לבין צירוף של שם עצם ותואר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שמונה היחידות וכתבו שלוש שאלות שהייתם רוצים לברר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יחידות עוסקות בכתיבה ולא רק בזיהוי דקדוקי?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משותף לכל שמונה היחידות מבחינת המבנה שלהן?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יחידה הייתם רוצים להתחיל ללמוד,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בלשון בחט״ב - סקירה כללית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