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בלשון בחט״ב - סקירה כללית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הלימוד השונים בתחום הלשון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כל יחידה עוסקת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שם היחידה לבין תיאורה ולמספר הפעילויות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מאזכרים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בכל שמונה היחידות מופיע מבדק מסכם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יחידה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(זיהוי תפקיד כל מילה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(זמן, גוף ומספר של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(זיהוי למי מתכוונים במילים כמו הוא וזה)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(השפעת פסיק ונקודה על משמעות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שהשאלות רלוונטיות לנושא היחידה שנבחרה ומנוסחות בבהירות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כתיבת טיעון וסוגי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בכל יחידה יש כמה פעילויות, טקסטים ומבדק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היחידות על הלוח לפני תחילת הדף כעזר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במליאה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לדיון קצר בכיתה על בחירת היחידה המועדפת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בלשון בחט״ב - סקירה כללית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הלשון יש שמונה יחידות לימוד שונות, כל אחת עוסקת בנושא אחר בשפה העברית. בדף הזה נתרגל להכיר את הנושאים ולדעת מה לומדים בכל יחידה.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כתיבת טיעון  ·  הפועל  ·  צירופים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יחידה לומדים להבדיל בין פועל, שם עצם ושם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חלקי הדיבר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יחידה לומדים על זמן, גוף ומספר של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ניבים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יחידה לומדים לזהות למי מתכוונים במילה הוא או זה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כתיבת טיעון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ביחידת חלקי הדיבר יש 8 פעילויות ו-3 טקסטים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ביחידת מאזכרים יש 4 טקסטים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יחידה יש מבדק מסכם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יחידה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חלקי הדיבר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השפעת פסיק ונקודה על משמעות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זיהוי למי מתכוונים במילים כמו הוא וזה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מאזכרים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זמן, גוף ומספר של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סימני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זיהוי תפקיד כל מילה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ביחידת __________ לומדים להבדיל בין סמיכות לצירוף שם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ביחידת __________ לומדים לזהות את הפועל כמנוע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ביחידת __________ לומדים לכתוב טיעון משכנע עם נימוקים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יחידה אחת מתוך שמונה היחידות וכתבו שלוש שאלות שהייתם רוצים לברר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שתי יחידות עוסקות בכתיבה ולא רק בזיהוי דקדוקי?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משותף לכל שמונה היחידות מבחינת המבנה שלהן?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היחידות בלשון בחט״ב - סקירה כללית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